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41D5" w14:textId="2D1E7C9C" w:rsidR="00144913" w:rsidRPr="004220FC" w:rsidRDefault="00412530" w:rsidP="004220FC">
      <w:pPr>
        <w:spacing w:line="240" w:lineRule="auto"/>
        <w:jc w:val="center"/>
        <w:rPr>
          <w:rFonts w:asciiTheme="majorEastAsia" w:eastAsiaTheme="majorEastAsia" w:hAnsiTheme="majorEastAsia"/>
          <w:b/>
          <w:sz w:val="44"/>
          <w:szCs w:val="44"/>
          <w:lang w:eastAsia="ja-JP"/>
        </w:rPr>
      </w:pPr>
      <w:r>
        <w:rPr>
          <w:rFonts w:asciiTheme="majorEastAsia" w:eastAsiaTheme="majorEastAsia" w:hAnsiTheme="majorEastAsia" w:hint="eastAsia"/>
          <w:b/>
          <w:sz w:val="44"/>
          <w:szCs w:val="44"/>
          <w:lang w:eastAsia="ja-JP"/>
        </w:rPr>
        <w:t>団体</w:t>
      </w:r>
      <w:r w:rsidR="678CC615" w:rsidRPr="004220FC">
        <w:rPr>
          <w:rFonts w:asciiTheme="majorEastAsia" w:eastAsiaTheme="majorEastAsia" w:hAnsiTheme="majorEastAsia"/>
          <w:b/>
          <w:sz w:val="44"/>
          <w:szCs w:val="44"/>
          <w:lang w:eastAsia="ja-JP"/>
        </w:rPr>
        <w:t>概要</w:t>
      </w:r>
    </w:p>
    <w:p w14:paraId="4E569654" w14:textId="7A0C1BEF" w:rsidR="004220FC" w:rsidRDefault="004220FC" w:rsidP="004220FC">
      <w:pPr>
        <w:spacing w:line="240" w:lineRule="auto"/>
        <w:jc w:val="center"/>
        <w:rPr>
          <w:rFonts w:asciiTheme="majorEastAsia" w:hAnsiTheme="majorEastAsia"/>
          <w:b/>
          <w:bCs/>
          <w:lang w:eastAsia="ja-JP"/>
        </w:rPr>
      </w:pPr>
      <w:r w:rsidRPr="004220FC">
        <w:rPr>
          <w:rFonts w:asciiTheme="majorEastAsia" w:hAnsiTheme="majorEastAsia" w:hint="eastAsia"/>
          <w:b/>
          <w:bCs/>
          <w:lang w:eastAsia="ja-JP"/>
        </w:rPr>
        <w:t>※</w:t>
      </w:r>
      <w:r w:rsidR="007C741A">
        <w:rPr>
          <w:rFonts w:asciiTheme="majorEastAsia" w:hAnsiTheme="majorEastAsia" w:hint="eastAsia"/>
          <w:b/>
          <w:bCs/>
          <w:lang w:eastAsia="ja-JP"/>
        </w:rPr>
        <w:t>異なる</w:t>
      </w:r>
      <w:r w:rsidR="00FA5EC4">
        <w:rPr>
          <w:rFonts w:asciiTheme="majorEastAsia" w:hAnsiTheme="majorEastAsia" w:hint="eastAsia"/>
          <w:b/>
          <w:bCs/>
          <w:lang w:eastAsia="ja-JP"/>
        </w:rPr>
        <w:t>団体</w:t>
      </w:r>
      <w:r w:rsidR="007C741A">
        <w:rPr>
          <w:rFonts w:asciiTheme="majorEastAsia" w:hAnsiTheme="majorEastAsia" w:hint="eastAsia"/>
          <w:b/>
          <w:bCs/>
          <w:lang w:eastAsia="ja-JP"/>
        </w:rPr>
        <w:t>が</w:t>
      </w:r>
      <w:r w:rsidRPr="004220FC">
        <w:rPr>
          <w:rFonts w:asciiTheme="majorEastAsia" w:hAnsiTheme="majorEastAsia" w:hint="eastAsia"/>
          <w:b/>
          <w:bCs/>
          <w:lang w:eastAsia="ja-JP"/>
        </w:rPr>
        <w:t>共同</w:t>
      </w:r>
      <w:r w:rsidR="007C741A">
        <w:rPr>
          <w:rFonts w:asciiTheme="majorEastAsia" w:hAnsiTheme="majorEastAsia" w:hint="eastAsia"/>
          <w:b/>
          <w:bCs/>
          <w:lang w:eastAsia="ja-JP"/>
        </w:rPr>
        <w:t>で応募する</w:t>
      </w:r>
      <w:r w:rsidRPr="004220FC">
        <w:rPr>
          <w:rFonts w:asciiTheme="majorEastAsia" w:hAnsiTheme="majorEastAsia" w:hint="eastAsia"/>
          <w:b/>
          <w:bCs/>
          <w:lang w:eastAsia="ja-JP"/>
        </w:rPr>
        <w:t>場合は、</w:t>
      </w:r>
      <w:r>
        <w:rPr>
          <w:rFonts w:asciiTheme="majorEastAsia" w:hAnsiTheme="majorEastAsia" w:hint="eastAsia"/>
          <w:b/>
          <w:bCs/>
          <w:lang w:eastAsia="ja-JP"/>
        </w:rPr>
        <w:t>代表団体について記載</w:t>
      </w:r>
    </w:p>
    <w:p w14:paraId="1598FD21" w14:textId="77777777" w:rsidR="000E4C63" w:rsidRPr="00F054CD" w:rsidRDefault="000E4C63" w:rsidP="004220FC">
      <w:pPr>
        <w:spacing w:line="240" w:lineRule="auto"/>
        <w:jc w:val="center"/>
        <w:rPr>
          <w:rFonts w:asciiTheme="majorEastAsia" w:eastAsiaTheme="majorEastAsia" w:hAnsiTheme="majorEastAsia"/>
          <w:lang w:eastAsia="ja-JP"/>
        </w:rPr>
      </w:pPr>
    </w:p>
    <w:p w14:paraId="027FC2BB" w14:textId="28FED33C" w:rsidR="00144913" w:rsidRPr="000E4C63" w:rsidRDefault="004220FC" w:rsidP="000E4C63">
      <w:pPr>
        <w:ind w:leftChars="-64" w:left="-141"/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</w:pPr>
      <w:r w:rsidRPr="000E4C63"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>１</w:t>
      </w:r>
      <w:r w:rsidR="000E4C63" w:rsidRPr="000E4C63"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>．</w:t>
      </w:r>
      <w:proofErr w:type="spellStart"/>
      <w:r w:rsidR="00A42BFA" w:rsidRPr="000E4C63">
        <w:rPr>
          <w:rFonts w:asciiTheme="majorEastAsia" w:eastAsiaTheme="majorEastAsia" w:hAnsiTheme="majorEastAsia"/>
          <w:b/>
          <w:bCs/>
          <w:sz w:val="32"/>
          <w:szCs w:val="32"/>
        </w:rPr>
        <w:t>基本情報</w:t>
      </w:r>
      <w:proofErr w:type="spellEnd"/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44913" w:rsidRPr="00F054CD" w14:paraId="672A6659" w14:textId="77777777" w:rsidTr="000E4C63">
        <w:trPr>
          <w:trHeight w:val="624"/>
        </w:trPr>
        <w:tc>
          <w:tcPr>
            <w:tcW w:w="4320" w:type="dxa"/>
          </w:tcPr>
          <w:p w14:paraId="0A37501D" w14:textId="6183A51E" w:rsidR="00144913" w:rsidRPr="00F054CD" w:rsidRDefault="005B459E" w:rsidP="678CC615">
            <w:pPr>
              <w:spacing w:line="30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Segoe UI" w:hint="eastAsia"/>
                <w:lang w:eastAsia="ja-JP"/>
              </w:rPr>
              <w:t>団体</w:t>
            </w:r>
            <w:r w:rsidR="5342031F" w:rsidRPr="00E2284E">
              <w:rPr>
                <w:rFonts w:asciiTheme="majorEastAsia" w:eastAsiaTheme="majorEastAsia" w:hAnsiTheme="majorEastAsia" w:cs="Segoe UI"/>
              </w:rPr>
              <w:t>名</w:t>
            </w:r>
          </w:p>
        </w:tc>
        <w:tc>
          <w:tcPr>
            <w:tcW w:w="4320" w:type="dxa"/>
          </w:tcPr>
          <w:p w14:paraId="5DAB6C7B" w14:textId="77777777" w:rsidR="00144913" w:rsidRPr="00F054CD" w:rsidRDefault="00144913">
            <w:pPr>
              <w:rPr>
                <w:rFonts w:asciiTheme="majorEastAsia" w:eastAsiaTheme="majorEastAsia" w:hAnsiTheme="majorEastAsia"/>
              </w:rPr>
            </w:pPr>
          </w:p>
        </w:tc>
      </w:tr>
      <w:tr w:rsidR="003A2E2F" w:rsidRPr="00F054CD" w14:paraId="0151907C" w14:textId="77777777" w:rsidTr="004220FC">
        <w:trPr>
          <w:trHeight w:val="2405"/>
        </w:trPr>
        <w:tc>
          <w:tcPr>
            <w:tcW w:w="4320" w:type="dxa"/>
          </w:tcPr>
          <w:p w14:paraId="21445614" w14:textId="589D98D2" w:rsidR="003A2E2F" w:rsidRPr="00E2284E" w:rsidRDefault="003A2E2F" w:rsidP="678CC615">
            <w:pPr>
              <w:spacing w:line="300" w:lineRule="auto"/>
              <w:rPr>
                <w:rFonts w:asciiTheme="majorEastAsia" w:eastAsiaTheme="majorEastAsia" w:hAnsiTheme="majorEastAsia" w:cs="Segoe UI"/>
                <w:lang w:eastAsia="ja-JP"/>
              </w:rPr>
            </w:pPr>
            <w:r w:rsidRPr="00E2284E">
              <w:rPr>
                <w:rFonts w:asciiTheme="majorEastAsia" w:eastAsiaTheme="majorEastAsia" w:hAnsiTheme="majorEastAsia" w:cs="ＭＳ ゴシック" w:hint="eastAsia"/>
                <w:lang w:eastAsia="ja-JP"/>
              </w:rPr>
              <w:t>区分</w:t>
            </w:r>
          </w:p>
        </w:tc>
        <w:tc>
          <w:tcPr>
            <w:tcW w:w="4320" w:type="dxa"/>
          </w:tcPr>
          <w:p w14:paraId="13A99909" w14:textId="77777777" w:rsidR="002A12AC" w:rsidRDefault="002A12AC">
            <w:pPr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</w:p>
          <w:p w14:paraId="377B101D" w14:textId="7EBF804A" w:rsidR="004220FC" w:rsidRPr="004220FC" w:rsidRDefault="00D07CC9">
            <w:pPr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  <w:r w:rsidRPr="004220FC">
              <w:rPr>
                <w:rFonts w:asciiTheme="majorEastAsia" w:eastAsiaTheme="majorEastAsia" w:hAnsiTheme="majorEastAsia" w:hint="eastAsia"/>
                <w:sz w:val="18"/>
                <w:szCs w:val="18"/>
                <w:lang w:eastAsia="ja-JP"/>
              </w:rPr>
              <w:t>当てはまるものに✓を付けてください</w:t>
            </w:r>
          </w:p>
          <w:p w14:paraId="03D7A0E3" w14:textId="02366956" w:rsidR="00D07CC9" w:rsidRPr="002A12AC" w:rsidRDefault="00D07CC9">
            <w:pPr>
              <w:rPr>
                <w:rFonts w:asciiTheme="majorEastAsia" w:eastAsiaTheme="majorEastAsia" w:hAnsiTheme="majorEastAsia"/>
                <w:lang w:eastAsia="zh-CN"/>
              </w:rPr>
            </w:pP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>☐</w:t>
            </w:r>
            <w:r w:rsidR="009E64F6">
              <w:rPr>
                <w:rFonts w:asciiTheme="majorEastAsia" w:eastAsiaTheme="majorEastAsia" w:hAnsiTheme="majorEastAsia" w:hint="eastAsia"/>
                <w:lang w:eastAsia="zh-CN"/>
              </w:rPr>
              <w:t xml:space="preserve">地方公共団体 </w:t>
            </w:r>
            <w:r w:rsidR="009E64F6" w:rsidRPr="009E64F6">
              <w:rPr>
                <w:rFonts w:asciiTheme="majorEastAsia" w:eastAsiaTheme="majorEastAsia" w:hAnsiTheme="majorEastAsia" w:hint="eastAsia"/>
                <w:sz w:val="14"/>
                <w:szCs w:val="14"/>
                <w:lang w:eastAsia="zh-CN"/>
              </w:rPr>
              <w:t xml:space="preserve"> </w:t>
            </w:r>
            <w:r w:rsidR="00990BE8" w:rsidRPr="002A12AC">
              <w:rPr>
                <w:rFonts w:asciiTheme="majorEastAsia" w:eastAsiaTheme="majorEastAsia" w:hAnsiTheme="majorEastAsia" w:hint="eastAsia"/>
                <w:lang w:eastAsia="zh-CN"/>
              </w:rPr>
              <w:t>☐</w:t>
            </w:r>
            <w:r w:rsidR="00B633B6" w:rsidRPr="002A12AC">
              <w:rPr>
                <w:rFonts w:asciiTheme="majorEastAsia" w:eastAsiaTheme="majorEastAsia" w:hAnsiTheme="majorEastAsia" w:hint="eastAsia"/>
                <w:lang w:eastAsia="zh-CN"/>
              </w:rPr>
              <w:t xml:space="preserve">商工会　</w:t>
            </w:r>
            <w:r w:rsidR="00881BF6" w:rsidRPr="002A12AC">
              <w:rPr>
                <w:rFonts w:ascii="ＭＳ ゴシック" w:eastAsia="ＭＳ ゴシック" w:hAnsi="ＭＳ ゴシック" w:hint="eastAsia"/>
                <w:lang w:eastAsia="zh-CN"/>
              </w:rPr>
              <w:t>☐</w:t>
            </w:r>
            <w:r w:rsidR="00B633B6" w:rsidRPr="002A12AC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商工会議所</w:t>
            </w:r>
            <w:r w:rsidR="00E16095" w:rsidRPr="002A12AC">
              <w:rPr>
                <w:rFonts w:ascii="ＭＳ ゴシック" w:eastAsia="ＭＳ ゴシック" w:hAnsi="ＭＳ ゴシック" w:hint="eastAsia"/>
                <w:lang w:eastAsia="zh-CN"/>
              </w:rPr>
              <w:t>☐</w:t>
            </w: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>農業協同組合</w:t>
            </w:r>
            <w:r w:rsidR="0001711A" w:rsidRPr="002A12AC">
              <w:rPr>
                <w:rFonts w:asciiTheme="majorEastAsia" w:eastAsiaTheme="majorEastAsia" w:hAnsiTheme="majorEastAsia" w:hint="eastAsia"/>
                <w:lang w:eastAsia="zh-CN"/>
              </w:rPr>
              <w:t xml:space="preserve"> </w:t>
            </w:r>
            <w:r w:rsidR="0001711A" w:rsidRPr="002A12AC">
              <w:rPr>
                <w:rFonts w:asciiTheme="majorEastAsia" w:eastAsiaTheme="majorEastAsia" w:hAnsiTheme="majorEastAsia" w:hint="eastAsia"/>
                <w:sz w:val="14"/>
                <w:szCs w:val="14"/>
                <w:lang w:eastAsia="zh-CN"/>
              </w:rPr>
              <w:t xml:space="preserve"> </w:t>
            </w:r>
            <w:r w:rsidR="00CD3F9A" w:rsidRPr="002A12AC">
              <w:rPr>
                <w:rFonts w:asciiTheme="majorEastAsia" w:eastAsiaTheme="majorEastAsia" w:hAnsiTheme="majorEastAsia" w:hint="eastAsia"/>
                <w:lang w:eastAsia="zh-CN"/>
              </w:rPr>
              <w:t>☐</w:t>
            </w:r>
            <w:r w:rsidR="00ED3005" w:rsidRPr="002A12AC">
              <w:rPr>
                <w:rFonts w:asciiTheme="majorEastAsia" w:eastAsiaTheme="majorEastAsia" w:hAnsiTheme="majorEastAsia" w:hint="eastAsia"/>
                <w:lang w:eastAsia="zh-CN"/>
              </w:rPr>
              <w:t>漁業協同組合</w:t>
            </w:r>
          </w:p>
          <w:p w14:paraId="6B3B5EF5" w14:textId="77777777" w:rsidR="002E57F9" w:rsidRDefault="00CD3F9A" w:rsidP="002E57F9">
            <w:pPr>
              <w:rPr>
                <w:rFonts w:asciiTheme="majorEastAsia" w:eastAsiaTheme="majorEastAsia" w:hAnsiTheme="majorEastAsia"/>
                <w:lang w:eastAsia="ja-JP"/>
              </w:rPr>
            </w:pP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>☐</w:t>
            </w:r>
            <w:r w:rsidR="00ED3005" w:rsidRPr="002A12AC">
              <w:rPr>
                <w:rFonts w:asciiTheme="majorEastAsia" w:eastAsiaTheme="majorEastAsia" w:hAnsiTheme="majorEastAsia" w:hint="eastAsia"/>
                <w:lang w:eastAsia="zh-CN"/>
              </w:rPr>
              <w:t>観光団体</w:t>
            </w:r>
            <w:r w:rsidR="00E16095" w:rsidRPr="002A12AC">
              <w:rPr>
                <w:rFonts w:asciiTheme="majorEastAsia" w:eastAsiaTheme="majorEastAsia" w:hAnsiTheme="majorEastAsia" w:hint="eastAsia"/>
                <w:lang w:eastAsia="zh-CN"/>
              </w:rPr>
              <w:t xml:space="preserve">　</w:t>
            </w:r>
            <w:r w:rsidR="0001711A" w:rsidRPr="002A12AC">
              <w:rPr>
                <w:rFonts w:asciiTheme="majorEastAsia" w:eastAsiaTheme="majorEastAsia" w:hAnsiTheme="majorEastAsia" w:hint="eastAsia"/>
                <w:lang w:eastAsia="zh-CN"/>
              </w:rPr>
              <w:t xml:space="preserve">   </w:t>
            </w:r>
            <w:r w:rsidR="0001711A" w:rsidRPr="002A12AC">
              <w:rPr>
                <w:rFonts w:asciiTheme="majorEastAsia" w:eastAsiaTheme="majorEastAsia" w:hAnsiTheme="majorEastAsia" w:hint="eastAsia"/>
                <w:sz w:val="14"/>
                <w:szCs w:val="14"/>
                <w:lang w:eastAsia="zh-CN"/>
              </w:rPr>
              <w:t xml:space="preserve"> </w:t>
            </w:r>
            <w:r w:rsidR="002E57F9" w:rsidRPr="002A12AC">
              <w:rPr>
                <w:rFonts w:asciiTheme="majorEastAsia" w:eastAsiaTheme="majorEastAsia" w:hAnsiTheme="majorEastAsia" w:hint="eastAsia"/>
                <w:lang w:eastAsia="zh-CN"/>
              </w:rPr>
              <w:t>☐商店街</w:t>
            </w:r>
            <w:r w:rsidR="002E57F9">
              <w:rPr>
                <w:rFonts w:asciiTheme="majorEastAsia" w:eastAsiaTheme="majorEastAsia" w:hAnsiTheme="majorEastAsia" w:hint="eastAsia"/>
                <w:lang w:eastAsia="zh-CN"/>
              </w:rPr>
              <w:t xml:space="preserve">振興組合　</w:t>
            </w:r>
          </w:p>
          <w:p w14:paraId="4E6FA1C7" w14:textId="740B2946" w:rsidR="002E57F9" w:rsidRPr="002E57F9" w:rsidRDefault="002E57F9" w:rsidP="002E57F9">
            <w:pPr>
              <w:rPr>
                <w:rFonts w:asciiTheme="majorEastAsia" w:eastAsiaTheme="majorEastAsia" w:hAnsiTheme="majorEastAsia"/>
                <w:lang w:eastAsia="zh-CN"/>
              </w:rPr>
            </w:pP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>☐</w:t>
            </w:r>
            <w:r>
              <w:rPr>
                <w:rFonts w:asciiTheme="majorEastAsia" w:eastAsiaTheme="majorEastAsia" w:hAnsiTheme="majorEastAsia" w:hint="eastAsia"/>
                <w:lang w:eastAsia="zh-CN"/>
              </w:rPr>
              <w:t>商店会</w:t>
            </w: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 xml:space="preserve">　　　</w:t>
            </w:r>
            <w:r w:rsidRPr="002A12AC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 xml:space="preserve">　</w:t>
            </w:r>
            <w:r w:rsidR="00E16095" w:rsidRPr="002A12AC">
              <w:rPr>
                <w:rFonts w:ascii="ＭＳ ゴシック" w:eastAsia="ＭＳ ゴシック" w:hAnsi="ＭＳ ゴシック" w:hint="eastAsia"/>
                <w:lang w:eastAsia="zh-CN"/>
              </w:rPr>
              <w:t>☐</w:t>
            </w:r>
            <w:r w:rsidRPr="002E57F9">
              <w:rPr>
                <w:rFonts w:asciiTheme="majorEastAsia" w:eastAsiaTheme="majorEastAsia" w:hAnsiTheme="majorEastAsia"/>
                <w:lang w:eastAsia="zh-CN"/>
              </w:rPr>
              <w:t>株式会社</w:t>
            </w:r>
          </w:p>
          <w:p w14:paraId="4F9F6D9D" w14:textId="77777777" w:rsidR="002E57F9" w:rsidRDefault="002E57F9">
            <w:pPr>
              <w:rPr>
                <w:rFonts w:asciiTheme="majorEastAsia" w:eastAsiaTheme="majorEastAsia" w:hAnsiTheme="majorEastAsia"/>
                <w:lang w:eastAsia="zh-CN"/>
              </w:rPr>
            </w:pP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>☐</w:t>
            </w:r>
            <w:r w:rsidRPr="002E57F9">
              <w:rPr>
                <w:rFonts w:asciiTheme="majorEastAsia" w:eastAsiaTheme="majorEastAsia" w:hAnsiTheme="majorEastAsia"/>
                <w:lang w:eastAsia="zh-CN"/>
              </w:rPr>
              <w:t>合同会社</w:t>
            </w:r>
            <w:r>
              <w:rPr>
                <w:rFonts w:asciiTheme="majorEastAsia" w:eastAsiaTheme="majorEastAsia" w:hAnsiTheme="majorEastAsia" w:hint="eastAsia"/>
                <w:lang w:eastAsia="zh-CN"/>
              </w:rPr>
              <w:t xml:space="preserve">　　</w:t>
            </w:r>
            <w:r w:rsidRPr="002A12AC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 xml:space="preserve">　</w:t>
            </w: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>☐</w:t>
            </w:r>
            <w:r w:rsidRPr="002E57F9">
              <w:rPr>
                <w:rFonts w:asciiTheme="majorEastAsia" w:eastAsiaTheme="majorEastAsia" w:hAnsiTheme="majorEastAsia" w:hint="eastAsia"/>
                <w:lang w:eastAsia="zh-CN"/>
              </w:rPr>
              <w:t>社会福祉法人</w:t>
            </w:r>
          </w:p>
          <w:p w14:paraId="020A5EDC" w14:textId="674823AF" w:rsidR="00B633B6" w:rsidRDefault="002E57F9">
            <w:pPr>
              <w:rPr>
                <w:rFonts w:asciiTheme="majorEastAsia" w:eastAsiaTheme="majorEastAsia" w:hAnsiTheme="majorEastAsia"/>
                <w:lang w:eastAsia="zh-CN"/>
              </w:rPr>
            </w:pP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>☐</w:t>
            </w:r>
            <w:r w:rsidRPr="002E57F9">
              <w:rPr>
                <w:rFonts w:asciiTheme="majorEastAsia" w:eastAsiaTheme="majorEastAsia" w:hAnsiTheme="majorEastAsia" w:hint="eastAsia"/>
                <w:lang w:eastAsia="zh-CN"/>
              </w:rPr>
              <w:t>医療法人</w:t>
            </w:r>
            <w:r>
              <w:rPr>
                <w:rFonts w:asciiTheme="majorEastAsia" w:eastAsiaTheme="majorEastAsia" w:hAnsiTheme="majorEastAsia" w:hint="eastAsia"/>
                <w:lang w:eastAsia="zh-CN"/>
              </w:rPr>
              <w:t xml:space="preserve">　　</w:t>
            </w:r>
            <w:r w:rsidR="006D7AD5" w:rsidRPr="00975B1C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 xml:space="preserve">　</w:t>
            </w:r>
            <w:r w:rsidR="00CD3F9A" w:rsidRPr="002A12AC">
              <w:rPr>
                <w:rFonts w:asciiTheme="majorEastAsia" w:eastAsiaTheme="majorEastAsia" w:hAnsiTheme="majorEastAsia" w:hint="eastAsia"/>
                <w:lang w:eastAsia="zh-CN"/>
              </w:rPr>
              <w:t>☐</w:t>
            </w:r>
            <w:r w:rsidR="00286A09" w:rsidRPr="002A12AC">
              <w:rPr>
                <w:rFonts w:asciiTheme="majorEastAsia" w:eastAsiaTheme="majorEastAsia" w:hAnsiTheme="majorEastAsia" w:hint="eastAsia"/>
                <w:lang w:eastAsia="zh-CN"/>
              </w:rPr>
              <w:t>NPO</w:t>
            </w:r>
            <w:r w:rsidR="006D7AD5" w:rsidRPr="002A12AC">
              <w:rPr>
                <w:rFonts w:asciiTheme="majorEastAsia" w:eastAsiaTheme="majorEastAsia" w:hAnsiTheme="majorEastAsia" w:hint="eastAsia"/>
                <w:lang w:eastAsia="zh-CN"/>
              </w:rPr>
              <w:t>法人</w:t>
            </w:r>
          </w:p>
          <w:p w14:paraId="0D2D5E5C" w14:textId="77777777" w:rsidR="00A87380" w:rsidRDefault="00A87380">
            <w:pPr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2A12AC">
              <w:rPr>
                <w:rFonts w:asciiTheme="majorEastAsia" w:eastAsiaTheme="majorEastAsia" w:hAnsiTheme="majorEastAsia" w:hint="eastAsia"/>
                <w:lang w:eastAsia="ja-JP"/>
              </w:rPr>
              <w:t>☐</w:t>
            </w:r>
            <w:r>
              <w:rPr>
                <w:rFonts w:asciiTheme="majorEastAsia" w:eastAsiaTheme="majorEastAsia" w:hAnsiTheme="majorEastAsia" w:hint="eastAsia"/>
                <w:lang w:eastAsia="ja-JP"/>
              </w:rPr>
              <w:t>一般社団法人</w:t>
            </w:r>
            <w:r w:rsidRPr="00975B1C">
              <w:rPr>
                <w:rFonts w:asciiTheme="majorEastAsia" w:eastAsiaTheme="majorEastAsia" w:hAnsiTheme="majorEastAsia" w:hint="eastAsia"/>
                <w:sz w:val="18"/>
                <w:szCs w:val="18"/>
                <w:lang w:eastAsia="ja-JP"/>
              </w:rPr>
              <w:t xml:space="preserve">　</w:t>
            </w:r>
            <w:r w:rsidR="00CD3F9A" w:rsidRPr="002A12AC">
              <w:rPr>
                <w:rFonts w:asciiTheme="majorEastAsia" w:eastAsiaTheme="majorEastAsia" w:hAnsiTheme="majorEastAsia" w:hint="eastAsia"/>
                <w:lang w:eastAsia="ja-JP"/>
              </w:rPr>
              <w:t>☐</w:t>
            </w:r>
            <w:r w:rsidR="006D7AD5" w:rsidRPr="002A12AC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まちづくり団体</w:t>
            </w:r>
            <w:r w:rsidR="0001711A" w:rsidRPr="002A12AC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 </w:t>
            </w:r>
          </w:p>
          <w:p w14:paraId="7988B9F8" w14:textId="2599DDA8" w:rsidR="00A87380" w:rsidRDefault="0001711A">
            <w:pPr>
              <w:rPr>
                <w:rFonts w:asciiTheme="majorEastAsia" w:eastAsiaTheme="majorEastAsia" w:hAnsiTheme="majorEastAsia"/>
                <w:lang w:eastAsia="ja-JP"/>
              </w:rPr>
            </w:pPr>
            <w:r w:rsidRPr="002A12AC">
              <w:rPr>
                <w:rFonts w:ascii="ＭＳ ゴシック" w:eastAsia="ＭＳ ゴシック" w:hAnsi="ＭＳ ゴシック" w:hint="eastAsia"/>
                <w:lang w:eastAsia="ja-JP"/>
              </w:rPr>
              <w:t>☐</w:t>
            </w:r>
            <w:r w:rsidR="006D7AD5" w:rsidRPr="002A12AC">
              <w:rPr>
                <w:rFonts w:asciiTheme="majorEastAsia" w:eastAsiaTheme="majorEastAsia" w:hAnsiTheme="majorEastAsia" w:hint="eastAsia"/>
                <w:lang w:eastAsia="ja-JP"/>
              </w:rPr>
              <w:t xml:space="preserve">自治会　</w:t>
            </w:r>
            <w:r w:rsidR="00A87380">
              <w:rPr>
                <w:rFonts w:asciiTheme="majorEastAsia" w:eastAsiaTheme="majorEastAsia" w:hAnsiTheme="majorEastAsia" w:hint="eastAsia"/>
                <w:lang w:eastAsia="ja-JP"/>
              </w:rPr>
              <w:t xml:space="preserve">　　</w:t>
            </w:r>
            <w:r w:rsidR="00A87380" w:rsidRPr="00975B1C">
              <w:rPr>
                <w:rFonts w:asciiTheme="majorEastAsia" w:eastAsiaTheme="majorEastAsia" w:hAnsiTheme="majorEastAsia" w:hint="eastAsia"/>
                <w:sz w:val="18"/>
                <w:szCs w:val="18"/>
                <w:lang w:eastAsia="ja-JP"/>
              </w:rPr>
              <w:t xml:space="preserve">　</w:t>
            </w:r>
            <w:r w:rsidR="00CD3F9A" w:rsidRPr="002A12AC">
              <w:rPr>
                <w:rFonts w:asciiTheme="majorEastAsia" w:eastAsiaTheme="majorEastAsia" w:hAnsiTheme="majorEastAsia" w:hint="eastAsia"/>
                <w:lang w:eastAsia="ja-JP"/>
              </w:rPr>
              <w:t>☐</w:t>
            </w:r>
            <w:r w:rsidR="006D7AD5" w:rsidRPr="002A12AC">
              <w:rPr>
                <w:rFonts w:asciiTheme="majorEastAsia" w:eastAsiaTheme="majorEastAsia" w:hAnsiTheme="majorEastAsia" w:hint="eastAsia"/>
                <w:lang w:eastAsia="ja-JP"/>
              </w:rPr>
              <w:t>町内会</w:t>
            </w:r>
          </w:p>
          <w:p w14:paraId="13932657" w14:textId="44A142B4" w:rsidR="00CD3F9A" w:rsidRPr="00A87380" w:rsidRDefault="00CD3F9A">
            <w:pPr>
              <w:rPr>
                <w:rFonts w:asciiTheme="majorEastAsia" w:eastAsiaTheme="majorEastAsia" w:hAnsiTheme="majorEastAsia"/>
                <w:lang w:eastAsia="ja-JP"/>
              </w:rPr>
            </w:pPr>
            <w:r w:rsidRPr="002A12AC">
              <w:rPr>
                <w:rFonts w:asciiTheme="majorEastAsia" w:eastAsiaTheme="majorEastAsia" w:hAnsiTheme="majorEastAsia" w:hint="eastAsia"/>
                <w:lang w:eastAsia="ja-JP"/>
              </w:rPr>
              <w:t>☐</w:t>
            </w:r>
            <w:r w:rsidRPr="002A12AC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 xml:space="preserve">地域コミュニティ組織　</w:t>
            </w:r>
          </w:p>
          <w:p w14:paraId="55A6F6A9" w14:textId="5E4A1207" w:rsidR="00CD3F9A" w:rsidRPr="00F054CD" w:rsidRDefault="00CD3F9A">
            <w:pPr>
              <w:rPr>
                <w:rFonts w:asciiTheme="majorEastAsia" w:eastAsiaTheme="majorEastAsia" w:hAnsiTheme="majorEastAsia"/>
                <w:lang w:eastAsia="ja-JP"/>
              </w:rPr>
            </w:pPr>
            <w:r w:rsidRPr="002A12AC">
              <w:rPr>
                <w:rFonts w:asciiTheme="majorEastAsia" w:eastAsiaTheme="majorEastAsia" w:hAnsiTheme="majorEastAsia" w:hint="eastAsia"/>
                <w:lang w:eastAsia="ja-JP"/>
              </w:rPr>
              <w:t xml:space="preserve">☐その他（　　　</w:t>
            </w:r>
            <w:r w:rsidR="00655B4C" w:rsidRPr="002A12AC">
              <w:rPr>
                <w:rFonts w:asciiTheme="majorEastAsia" w:eastAsiaTheme="majorEastAsia" w:hAnsiTheme="majorEastAsia" w:hint="eastAsia"/>
                <w:lang w:eastAsia="ja-JP"/>
              </w:rPr>
              <w:t xml:space="preserve">　　　　　　　　　</w:t>
            </w:r>
            <w:r w:rsidRPr="002A12AC">
              <w:rPr>
                <w:rFonts w:asciiTheme="majorEastAsia" w:eastAsiaTheme="majorEastAsia" w:hAnsiTheme="majorEastAsia" w:hint="eastAsia"/>
                <w:lang w:eastAsia="ja-JP"/>
              </w:rPr>
              <w:t>）</w:t>
            </w:r>
          </w:p>
        </w:tc>
      </w:tr>
      <w:tr w:rsidR="00144913" w:rsidRPr="00F054CD" w14:paraId="02EB378F" w14:textId="77777777" w:rsidTr="000E4C63">
        <w:trPr>
          <w:trHeight w:val="680"/>
        </w:trPr>
        <w:tc>
          <w:tcPr>
            <w:tcW w:w="4320" w:type="dxa"/>
          </w:tcPr>
          <w:p w14:paraId="6A05A809" w14:textId="690B0606" w:rsidR="00144913" w:rsidRPr="00E2284E" w:rsidRDefault="5342031F" w:rsidP="678CC615">
            <w:pPr>
              <w:spacing w:line="30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E2284E">
              <w:rPr>
                <w:rFonts w:asciiTheme="majorEastAsia" w:eastAsiaTheme="majorEastAsia" w:hAnsiTheme="majorEastAsia" w:cs="Segoe UI"/>
              </w:rPr>
              <w:t>代表者</w:t>
            </w:r>
            <w:proofErr w:type="spellEnd"/>
            <w:r w:rsidR="00E2284E" w:rsidRPr="00E2284E">
              <w:rPr>
                <w:rFonts w:asciiTheme="majorEastAsia" w:eastAsiaTheme="majorEastAsia" w:hAnsiTheme="majorEastAsia" w:cs="Segoe UI" w:hint="eastAsia"/>
                <w:lang w:eastAsia="ja-JP"/>
              </w:rPr>
              <w:t>氏名</w:t>
            </w:r>
          </w:p>
        </w:tc>
        <w:tc>
          <w:tcPr>
            <w:tcW w:w="4320" w:type="dxa"/>
          </w:tcPr>
          <w:p w14:paraId="5A39BBE3" w14:textId="77777777" w:rsidR="00144913" w:rsidRPr="00F054CD" w:rsidRDefault="00144913">
            <w:pPr>
              <w:rPr>
                <w:rFonts w:asciiTheme="majorEastAsia" w:eastAsiaTheme="majorEastAsia" w:hAnsiTheme="majorEastAsia"/>
              </w:rPr>
            </w:pPr>
          </w:p>
        </w:tc>
      </w:tr>
      <w:tr w:rsidR="00144913" w:rsidRPr="00F054CD" w14:paraId="41C8F396" w14:textId="77777777" w:rsidTr="000E4C63">
        <w:trPr>
          <w:trHeight w:val="680"/>
        </w:trPr>
        <w:tc>
          <w:tcPr>
            <w:tcW w:w="4320" w:type="dxa"/>
          </w:tcPr>
          <w:p w14:paraId="72A3D3EC" w14:textId="29540D84" w:rsidR="00144913" w:rsidRPr="00E2284E" w:rsidRDefault="5342031F" w:rsidP="678CC615">
            <w:pPr>
              <w:spacing w:line="30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E2284E">
              <w:rPr>
                <w:rFonts w:asciiTheme="majorEastAsia" w:eastAsiaTheme="majorEastAsia" w:hAnsiTheme="majorEastAsia" w:cs="Segoe UI"/>
              </w:rPr>
              <w:t>所在地</w:t>
            </w:r>
            <w:proofErr w:type="spellEnd"/>
          </w:p>
        </w:tc>
        <w:tc>
          <w:tcPr>
            <w:tcW w:w="4320" w:type="dxa"/>
          </w:tcPr>
          <w:p w14:paraId="0D0B940D" w14:textId="77777777" w:rsidR="00144913" w:rsidRPr="00F054CD" w:rsidRDefault="00144913">
            <w:pPr>
              <w:rPr>
                <w:rFonts w:asciiTheme="majorEastAsia" w:eastAsiaTheme="majorEastAsia" w:hAnsiTheme="majorEastAsia"/>
              </w:rPr>
            </w:pPr>
          </w:p>
        </w:tc>
      </w:tr>
      <w:tr w:rsidR="00144913" w:rsidRPr="00F054CD" w14:paraId="0E27B00A" w14:textId="77777777" w:rsidTr="000E4C63">
        <w:trPr>
          <w:trHeight w:val="680"/>
        </w:trPr>
        <w:tc>
          <w:tcPr>
            <w:tcW w:w="4320" w:type="dxa"/>
          </w:tcPr>
          <w:p w14:paraId="60061E4C" w14:textId="12E0AACB" w:rsidR="00144913" w:rsidRPr="00E2284E" w:rsidRDefault="5342031F" w:rsidP="678CC615">
            <w:pPr>
              <w:spacing w:line="300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E2284E">
              <w:rPr>
                <w:rFonts w:asciiTheme="majorEastAsia" w:eastAsiaTheme="majorEastAsia" w:hAnsiTheme="majorEastAsia" w:cs="Segoe UI"/>
              </w:rPr>
              <w:t>設立年月日</w:t>
            </w:r>
            <w:proofErr w:type="spellEnd"/>
          </w:p>
        </w:tc>
        <w:tc>
          <w:tcPr>
            <w:tcW w:w="4320" w:type="dxa"/>
          </w:tcPr>
          <w:p w14:paraId="0225B254" w14:textId="71AD06E3" w:rsidR="00144913" w:rsidRDefault="00FA5EC4" w:rsidP="678CC615">
            <w:pPr>
              <w:rPr>
                <w:rFonts w:asciiTheme="majorEastAsia" w:eastAsiaTheme="majorEastAsia" w:hAnsiTheme="majorEastAsia"/>
                <w:sz w:val="16"/>
                <w:szCs w:val="16"/>
                <w:lang w:eastAsia="ja-JP"/>
              </w:rPr>
            </w:pPr>
            <w:r w:rsidRPr="004B364A"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※市町</w:t>
            </w:r>
            <w:r w:rsidR="005B459E"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において</w:t>
            </w:r>
            <w:r w:rsidRPr="004B364A"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は</w:t>
            </w:r>
            <w:r w:rsidR="004B364A" w:rsidRPr="004B364A"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記載</w:t>
            </w:r>
            <w:r w:rsidRPr="004B364A"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不要</w:t>
            </w:r>
            <w:r w:rsidR="00B50177"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です</w:t>
            </w:r>
          </w:p>
          <w:p w14:paraId="44EAFD9C" w14:textId="74844DF4" w:rsidR="005B459E" w:rsidRPr="00F054CD" w:rsidRDefault="005B459E" w:rsidP="678CC61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678CC615" w:rsidRPr="00F054CD" w14:paraId="21DA3FC3" w14:textId="77777777" w:rsidTr="000E4C63">
        <w:trPr>
          <w:trHeight w:val="680"/>
        </w:trPr>
        <w:tc>
          <w:tcPr>
            <w:tcW w:w="4320" w:type="dxa"/>
          </w:tcPr>
          <w:p w14:paraId="205E03C2" w14:textId="6EE32A1A" w:rsidR="678CC615" w:rsidRPr="004B364A" w:rsidRDefault="00FC0E7B" w:rsidP="678CC615">
            <w:pPr>
              <w:spacing w:line="300" w:lineRule="auto"/>
              <w:rPr>
                <w:rFonts w:asciiTheme="majorEastAsia" w:eastAsiaTheme="majorEastAsia" w:hAnsiTheme="majorEastAsia" w:cs="ＭＳ ゴシック"/>
                <w:lang w:eastAsia="ja-JP"/>
              </w:rPr>
            </w:pPr>
            <w:r w:rsidRPr="00FC0E7B">
              <w:rPr>
                <w:rFonts w:asciiTheme="majorEastAsia" w:eastAsiaTheme="majorEastAsia" w:hAnsiTheme="majorEastAsia" w:cs="ＭＳ ゴシック" w:hint="eastAsia"/>
                <w:lang w:eastAsia="ja-JP"/>
              </w:rPr>
              <w:t>構成員数</w:t>
            </w:r>
            <w:r w:rsidR="004B364A" w:rsidRPr="004B364A">
              <w:rPr>
                <w:rFonts w:asciiTheme="majorEastAsia" w:eastAsiaTheme="majorEastAsia" w:hAnsiTheme="majorEastAsia" w:cs="ＭＳ ゴシック"/>
                <w:lang w:eastAsia="ja-JP"/>
              </w:rPr>
              <w:t>又は会員数等</w:t>
            </w:r>
          </w:p>
        </w:tc>
        <w:tc>
          <w:tcPr>
            <w:tcW w:w="4320" w:type="dxa"/>
          </w:tcPr>
          <w:p w14:paraId="5DF10A32" w14:textId="77777777" w:rsidR="004B364A" w:rsidRPr="004B364A" w:rsidRDefault="004B364A" w:rsidP="004B364A">
            <w:pPr>
              <w:rPr>
                <w:rFonts w:asciiTheme="majorEastAsia" w:eastAsiaTheme="majorEastAsia" w:hAnsiTheme="majorEastAsia"/>
                <w:sz w:val="16"/>
                <w:szCs w:val="16"/>
                <w:lang w:eastAsia="ja-JP"/>
              </w:rPr>
            </w:pPr>
            <w:r w:rsidRPr="004B364A">
              <w:rPr>
                <w:rFonts w:asciiTheme="majorEastAsia" w:eastAsiaTheme="majorEastAsia" w:hAnsiTheme="majorEastAsia"/>
                <w:sz w:val="16"/>
                <w:szCs w:val="16"/>
                <w:lang w:eastAsia="ja-JP"/>
              </w:rPr>
              <w:t>※職員数、社員数、会員数、組合員数など、実態に応じて記載してください</w:t>
            </w:r>
          </w:p>
          <w:p w14:paraId="4F784F93" w14:textId="7D250BCD" w:rsidR="678CC615" w:rsidRPr="004B364A" w:rsidRDefault="678CC615" w:rsidP="678CC61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678CC615" w:rsidRPr="00F054CD" w14:paraId="143A29B6" w14:textId="77777777" w:rsidTr="000E4C63">
        <w:trPr>
          <w:trHeight w:val="680"/>
        </w:trPr>
        <w:tc>
          <w:tcPr>
            <w:tcW w:w="4320" w:type="dxa"/>
          </w:tcPr>
          <w:p w14:paraId="77FBAEB8" w14:textId="559D8BCC" w:rsidR="678CC615" w:rsidRPr="004B364A" w:rsidRDefault="007A2DC4" w:rsidP="678CC615">
            <w:pPr>
              <w:spacing w:line="300" w:lineRule="auto"/>
              <w:rPr>
                <w:rFonts w:asciiTheme="majorEastAsia" w:eastAsiaTheme="majorEastAsia" w:hAnsiTheme="majorEastAsia" w:cs="ＭＳ ゴシック"/>
                <w:lang w:eastAsia="ja-JP"/>
              </w:rPr>
            </w:pPr>
            <w:r w:rsidRPr="007A2DC4">
              <w:rPr>
                <w:rFonts w:asciiTheme="majorEastAsia" w:eastAsiaTheme="majorEastAsia" w:hAnsiTheme="majorEastAsia" w:cs="ＭＳ ゴシック" w:hint="eastAsia"/>
                <w:lang w:eastAsia="ja-JP"/>
              </w:rPr>
              <w:t>担当者</w:t>
            </w:r>
            <w:r w:rsidR="004B364A" w:rsidRPr="004B364A">
              <w:rPr>
                <w:rFonts w:asciiTheme="majorEastAsia" w:eastAsiaTheme="majorEastAsia" w:hAnsiTheme="majorEastAsia" w:cs="ＭＳ ゴシック"/>
                <w:lang w:eastAsia="ja-JP"/>
              </w:rPr>
              <w:t>所属・役職</w:t>
            </w:r>
            <w:r w:rsidR="004B364A">
              <w:rPr>
                <w:rFonts w:asciiTheme="majorEastAsia" w:eastAsiaTheme="majorEastAsia" w:hAnsiTheme="majorEastAsia" w:cs="ＭＳ ゴシック" w:hint="eastAsia"/>
                <w:lang w:eastAsia="ja-JP"/>
              </w:rPr>
              <w:t>・氏名</w:t>
            </w:r>
          </w:p>
        </w:tc>
        <w:tc>
          <w:tcPr>
            <w:tcW w:w="4320" w:type="dxa"/>
          </w:tcPr>
          <w:p w14:paraId="5FB0391E" w14:textId="5C52658E" w:rsidR="678CC615" w:rsidRPr="00F054CD" w:rsidRDefault="00975B1C" w:rsidP="678CC615">
            <w:pPr>
              <w:rPr>
                <w:rFonts w:asciiTheme="majorEastAsia" w:eastAsiaTheme="majorEastAsia" w:hAnsiTheme="majorEastAsia"/>
                <w:lang w:eastAsia="ja-JP"/>
              </w:rPr>
            </w:pPr>
            <w:r w:rsidRPr="00975B1C"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※所属・役職がない場合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は記載不要</w:t>
            </w:r>
            <w:r w:rsidR="00B50177"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です</w:t>
            </w:r>
          </w:p>
        </w:tc>
      </w:tr>
      <w:tr w:rsidR="00006455" w:rsidRPr="00F054CD" w14:paraId="3BEC4E9C" w14:textId="77777777" w:rsidTr="000E4C63">
        <w:trPr>
          <w:trHeight w:val="680"/>
        </w:trPr>
        <w:tc>
          <w:tcPr>
            <w:tcW w:w="4320" w:type="dxa"/>
          </w:tcPr>
          <w:p w14:paraId="7B3F956F" w14:textId="7279DB67" w:rsidR="00006455" w:rsidRPr="00E2284E" w:rsidRDefault="00B408C4" w:rsidP="678CC615">
            <w:pPr>
              <w:spacing w:line="300" w:lineRule="auto"/>
              <w:rPr>
                <w:rFonts w:asciiTheme="majorEastAsia" w:eastAsiaTheme="majorEastAsia" w:hAnsiTheme="majorEastAsia" w:cs="Segoe UI"/>
              </w:rPr>
            </w:pPr>
            <w:proofErr w:type="spellStart"/>
            <w:r w:rsidRPr="00B408C4">
              <w:rPr>
                <w:rFonts w:asciiTheme="majorEastAsia" w:eastAsiaTheme="majorEastAsia" w:hAnsiTheme="majorEastAsia" w:cs="ＭＳ ゴシック" w:hint="eastAsia"/>
              </w:rPr>
              <w:t>電話番号</w:t>
            </w:r>
            <w:proofErr w:type="spellEnd"/>
          </w:p>
        </w:tc>
        <w:tc>
          <w:tcPr>
            <w:tcW w:w="4320" w:type="dxa"/>
          </w:tcPr>
          <w:p w14:paraId="5154C3E7" w14:textId="77777777" w:rsidR="00006455" w:rsidRPr="00F054CD" w:rsidRDefault="00006455" w:rsidP="678CC615">
            <w:pPr>
              <w:rPr>
                <w:rFonts w:asciiTheme="majorEastAsia" w:eastAsiaTheme="majorEastAsia" w:hAnsiTheme="majorEastAsia"/>
              </w:rPr>
            </w:pPr>
          </w:p>
        </w:tc>
      </w:tr>
      <w:tr w:rsidR="00006455" w:rsidRPr="00F054CD" w14:paraId="084D3AB0" w14:textId="77777777" w:rsidTr="000E4C63">
        <w:trPr>
          <w:trHeight w:val="680"/>
        </w:trPr>
        <w:tc>
          <w:tcPr>
            <w:tcW w:w="4320" w:type="dxa"/>
          </w:tcPr>
          <w:p w14:paraId="1A9FB510" w14:textId="099D3C3B" w:rsidR="00006455" w:rsidRPr="00E2284E" w:rsidRDefault="00823ECB" w:rsidP="678CC615">
            <w:pPr>
              <w:spacing w:line="300" w:lineRule="auto"/>
              <w:rPr>
                <w:rFonts w:asciiTheme="majorEastAsia" w:eastAsiaTheme="majorEastAsia" w:hAnsiTheme="majorEastAsia" w:cs="Segoe UI"/>
              </w:rPr>
            </w:pPr>
            <w:proofErr w:type="spellStart"/>
            <w:r w:rsidRPr="00823ECB">
              <w:rPr>
                <w:rFonts w:asciiTheme="majorEastAsia" w:eastAsiaTheme="majorEastAsia" w:hAnsiTheme="majorEastAsia" w:cs="ＭＳ ゴシック" w:hint="eastAsia"/>
              </w:rPr>
              <w:t>メールアドレス</w:t>
            </w:r>
            <w:proofErr w:type="spellEnd"/>
          </w:p>
        </w:tc>
        <w:tc>
          <w:tcPr>
            <w:tcW w:w="4320" w:type="dxa"/>
          </w:tcPr>
          <w:p w14:paraId="7BF1DA36" w14:textId="77777777" w:rsidR="00006455" w:rsidRPr="00F054CD" w:rsidRDefault="00006455" w:rsidP="678CC615">
            <w:pPr>
              <w:rPr>
                <w:rFonts w:asciiTheme="majorEastAsia" w:eastAsiaTheme="majorEastAsia" w:hAnsiTheme="majorEastAsia"/>
              </w:rPr>
            </w:pPr>
          </w:p>
        </w:tc>
      </w:tr>
      <w:tr w:rsidR="004B364A" w:rsidRPr="00F054CD" w14:paraId="46F1A991" w14:textId="77777777" w:rsidTr="000E4C63">
        <w:trPr>
          <w:trHeight w:val="680"/>
        </w:trPr>
        <w:tc>
          <w:tcPr>
            <w:tcW w:w="4320" w:type="dxa"/>
          </w:tcPr>
          <w:p w14:paraId="78F6A33E" w14:textId="22B29E44" w:rsidR="004B364A" w:rsidRPr="004B364A" w:rsidRDefault="004B364A" w:rsidP="004B364A">
            <w:pPr>
              <w:spacing w:line="300" w:lineRule="auto"/>
              <w:rPr>
                <w:rFonts w:asciiTheme="majorEastAsia" w:eastAsiaTheme="majorEastAsia" w:hAnsiTheme="majorEastAsia" w:cs="ＭＳ ゴシック"/>
                <w:lang w:eastAsia="ja-JP"/>
              </w:rPr>
            </w:pPr>
            <w:r w:rsidRPr="004B364A">
              <w:rPr>
                <w:rFonts w:asciiTheme="majorEastAsia" w:eastAsiaTheme="majorEastAsia" w:hAnsiTheme="majorEastAsia" w:cs="ＭＳ ゴシック"/>
                <w:lang w:eastAsia="ja-JP"/>
              </w:rPr>
              <w:t>ホームページURL</w:t>
            </w:r>
          </w:p>
          <w:p w14:paraId="11F69227" w14:textId="77777777" w:rsidR="004B364A" w:rsidRPr="00823ECB" w:rsidRDefault="004B364A" w:rsidP="678CC615">
            <w:pPr>
              <w:spacing w:line="300" w:lineRule="auto"/>
              <w:rPr>
                <w:rFonts w:asciiTheme="majorEastAsia" w:eastAsiaTheme="majorEastAsia" w:hAnsiTheme="majorEastAsia" w:cs="ＭＳ ゴシック"/>
                <w:lang w:eastAsia="ja-JP"/>
              </w:rPr>
            </w:pPr>
          </w:p>
        </w:tc>
        <w:tc>
          <w:tcPr>
            <w:tcW w:w="4320" w:type="dxa"/>
          </w:tcPr>
          <w:p w14:paraId="08858E92" w14:textId="77777777" w:rsidR="004B364A" w:rsidRDefault="004B364A" w:rsidP="678CC615">
            <w:pPr>
              <w:rPr>
                <w:rFonts w:asciiTheme="majorEastAsia" w:eastAsiaTheme="majorEastAsia" w:hAnsiTheme="majorEastAsia"/>
                <w:sz w:val="16"/>
                <w:szCs w:val="16"/>
                <w:lang w:eastAsia="ja-JP"/>
              </w:rPr>
            </w:pPr>
            <w:r w:rsidRPr="004B364A"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※</w:t>
            </w:r>
            <w:r w:rsidR="00B50177"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ホームページを作成していない場合はその旨記載してください</w:t>
            </w:r>
          </w:p>
          <w:p w14:paraId="3B51A9F3" w14:textId="63FF91C1" w:rsidR="005B459E" w:rsidRPr="00F054CD" w:rsidRDefault="005B459E" w:rsidP="678CC61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</w:tbl>
    <w:p w14:paraId="167A613F" w14:textId="77777777" w:rsidR="000E4C63" w:rsidRDefault="000E4C63" w:rsidP="000E4C63">
      <w:pPr>
        <w:rPr>
          <w:lang w:eastAsia="ja-JP"/>
        </w:rPr>
      </w:pPr>
    </w:p>
    <w:p w14:paraId="7FA3EEF0" w14:textId="77777777" w:rsidR="000E4C63" w:rsidRDefault="000E4C63" w:rsidP="000E4C63">
      <w:pPr>
        <w:rPr>
          <w:rFonts w:asciiTheme="majorEastAsia" w:eastAsiaTheme="majorEastAsia" w:hAnsiTheme="majorEastAsia" w:cstheme="majorBidi"/>
          <w:b/>
          <w:bCs/>
          <w:color w:val="365F91" w:themeColor="accent1" w:themeShade="BF"/>
          <w:sz w:val="28"/>
          <w:szCs w:val="28"/>
          <w:lang w:eastAsia="ja-JP"/>
        </w:rPr>
      </w:pPr>
      <w:r>
        <w:rPr>
          <w:rFonts w:asciiTheme="majorEastAsia" w:hAnsiTheme="majorEastAsia"/>
          <w:lang w:eastAsia="ja-JP"/>
        </w:rPr>
        <w:br w:type="page"/>
      </w:r>
    </w:p>
    <w:p w14:paraId="1474FEC9" w14:textId="23E40CAB" w:rsidR="00144913" w:rsidRPr="000E4C63" w:rsidRDefault="004220FC" w:rsidP="000E4C63">
      <w:pPr>
        <w:ind w:leftChars="-64" w:left="-141"/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</w:pPr>
      <w:r w:rsidRPr="000E4C63"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lastRenderedPageBreak/>
        <w:t>２</w:t>
      </w:r>
      <w:r w:rsidR="000E4C63"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>.</w:t>
      </w:r>
      <w:r w:rsidR="00B50177"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>概要</w:t>
      </w:r>
      <w:r w:rsidR="002466E7"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>及び活動内容</w:t>
      </w:r>
    </w:p>
    <w:p w14:paraId="632342C7" w14:textId="743C91D6" w:rsidR="004220FC" w:rsidRPr="00107BAE" w:rsidRDefault="004220FC" w:rsidP="004220FC">
      <w:pPr>
        <w:spacing w:line="300" w:lineRule="auto"/>
        <w:rPr>
          <w:rFonts w:asciiTheme="majorEastAsia" w:eastAsiaTheme="majorEastAsia" w:hAnsiTheme="majorEastAsia" w:cs="ＭＳ ゴシック"/>
          <w:sz w:val="28"/>
          <w:szCs w:val="28"/>
          <w:lang w:eastAsia="ja-JP"/>
        </w:rPr>
      </w:pPr>
      <w:r w:rsidRPr="00107BAE">
        <w:rPr>
          <w:rFonts w:asciiTheme="majorEastAsia" w:eastAsiaTheme="majorEastAsia" w:hAnsiTheme="majorEastAsia" w:cs="ＭＳ ゴシック" w:hint="eastAsia"/>
          <w:sz w:val="28"/>
          <w:szCs w:val="28"/>
          <w:lang w:eastAsia="ja-JP"/>
        </w:rPr>
        <w:t xml:space="preserve"> ・</w:t>
      </w:r>
      <w:r w:rsidR="00B50177">
        <w:rPr>
          <w:rFonts w:asciiTheme="majorEastAsia" w:eastAsiaTheme="majorEastAsia" w:hAnsiTheme="majorEastAsia" w:cs="ＭＳ ゴシック" w:hint="eastAsia"/>
          <w:sz w:val="28"/>
          <w:szCs w:val="28"/>
          <w:lang w:eastAsia="ja-JP"/>
        </w:rPr>
        <w:t>団体</w:t>
      </w:r>
      <w:r w:rsidR="00622985">
        <w:rPr>
          <w:rFonts w:asciiTheme="majorEastAsia" w:eastAsiaTheme="majorEastAsia" w:hAnsiTheme="majorEastAsia" w:cs="ＭＳ ゴシック" w:hint="eastAsia"/>
          <w:sz w:val="28"/>
          <w:szCs w:val="28"/>
          <w:lang w:eastAsia="ja-JP"/>
        </w:rPr>
        <w:t>概要</w:t>
      </w:r>
      <w:r w:rsidR="00B50177" w:rsidRPr="00B50177">
        <w:rPr>
          <w:rFonts w:asciiTheme="majorEastAsia" w:eastAsiaTheme="majorEastAsia" w:hAnsiTheme="majorEastAsia" w:cs="ＭＳ ゴシック" w:hint="eastAsia"/>
          <w:sz w:val="24"/>
          <w:szCs w:val="24"/>
          <w:lang w:eastAsia="ja-JP"/>
        </w:rPr>
        <w:t>（設立趣旨や活動目的等、</w:t>
      </w:r>
      <w:r w:rsidR="00B50177" w:rsidRPr="00B50177">
        <w:rPr>
          <w:rFonts w:asciiTheme="majorEastAsia" w:eastAsiaTheme="majorEastAsia" w:hAnsiTheme="majorEastAsia" w:cs="ＭＳ ゴシック"/>
          <w:sz w:val="24"/>
          <w:szCs w:val="24"/>
          <w:lang w:eastAsia="ja-JP"/>
        </w:rPr>
        <w:t>実態に応じて記載してください</w:t>
      </w:r>
      <w:r w:rsidR="00B50177" w:rsidRPr="00B50177">
        <w:rPr>
          <w:rFonts w:asciiTheme="majorEastAsia" w:eastAsiaTheme="majorEastAsia" w:hAnsiTheme="majorEastAsia" w:cs="ＭＳ ゴシック" w:hint="eastAsia"/>
          <w:sz w:val="24"/>
          <w:szCs w:val="24"/>
          <w:lang w:eastAsia="ja-JP"/>
        </w:rPr>
        <w:t>）</w:t>
      </w:r>
    </w:p>
    <w:p w14:paraId="0A664A3A" w14:textId="77777777" w:rsidR="004220FC" w:rsidRPr="00B50177" w:rsidRDefault="004220FC" w:rsidP="0021795C">
      <w:pPr>
        <w:spacing w:line="240" w:lineRule="auto"/>
        <w:ind w:firstLineChars="50" w:firstLine="110"/>
        <w:rPr>
          <w:rFonts w:asciiTheme="majorEastAsia" w:eastAsiaTheme="majorEastAsia" w:hAnsiTheme="majorEastAsia" w:cs="ＭＳ ゴシック"/>
          <w:lang w:eastAsia="ja-JP"/>
        </w:rPr>
      </w:pPr>
    </w:p>
    <w:p w14:paraId="0759A781" w14:textId="77777777" w:rsidR="000E4C63" w:rsidRDefault="000E4C63" w:rsidP="0021795C">
      <w:pPr>
        <w:spacing w:line="240" w:lineRule="auto"/>
        <w:ind w:firstLineChars="50" w:firstLine="110"/>
        <w:rPr>
          <w:rFonts w:asciiTheme="majorEastAsia" w:eastAsiaTheme="majorEastAsia" w:hAnsiTheme="majorEastAsia" w:cs="ＭＳ ゴシック"/>
          <w:lang w:eastAsia="ja-JP"/>
        </w:rPr>
      </w:pPr>
    </w:p>
    <w:p w14:paraId="481FC54F" w14:textId="77777777" w:rsidR="000E4C63" w:rsidRPr="004B364A" w:rsidRDefault="000E4C63" w:rsidP="0021795C">
      <w:pPr>
        <w:spacing w:line="240" w:lineRule="auto"/>
        <w:ind w:firstLineChars="50" w:firstLine="110"/>
        <w:rPr>
          <w:rFonts w:asciiTheme="majorEastAsia" w:eastAsiaTheme="majorEastAsia" w:hAnsiTheme="majorEastAsia" w:cs="ＭＳ ゴシック"/>
          <w:lang w:eastAsia="ja-JP"/>
        </w:rPr>
      </w:pPr>
    </w:p>
    <w:p w14:paraId="1CAC9159" w14:textId="77777777" w:rsidR="004220FC" w:rsidRDefault="004220FC" w:rsidP="0021795C">
      <w:pPr>
        <w:spacing w:line="240" w:lineRule="auto"/>
        <w:ind w:firstLineChars="50" w:firstLine="110"/>
        <w:rPr>
          <w:rFonts w:asciiTheme="majorEastAsia" w:eastAsiaTheme="majorEastAsia" w:hAnsiTheme="majorEastAsia" w:cs="ＭＳ ゴシック"/>
          <w:lang w:eastAsia="ja-JP"/>
        </w:rPr>
      </w:pPr>
    </w:p>
    <w:p w14:paraId="67AD3D5F" w14:textId="77777777" w:rsidR="0021795C" w:rsidRDefault="0021795C" w:rsidP="0021795C">
      <w:pPr>
        <w:spacing w:line="240" w:lineRule="auto"/>
        <w:ind w:firstLineChars="50" w:firstLine="110"/>
        <w:rPr>
          <w:rFonts w:asciiTheme="majorEastAsia" w:eastAsiaTheme="majorEastAsia" w:hAnsiTheme="majorEastAsia" w:cs="ＭＳ ゴシック"/>
          <w:lang w:eastAsia="ja-JP"/>
        </w:rPr>
      </w:pPr>
    </w:p>
    <w:p w14:paraId="13E1F8EF" w14:textId="58592EF3" w:rsidR="004220FC" w:rsidRPr="00107BAE" w:rsidRDefault="004220FC" w:rsidP="004220FC">
      <w:pPr>
        <w:spacing w:line="300" w:lineRule="auto"/>
        <w:ind w:firstLineChars="50" w:firstLine="140"/>
        <w:rPr>
          <w:rFonts w:asciiTheme="majorEastAsia" w:eastAsiaTheme="majorEastAsia" w:hAnsiTheme="majorEastAsia" w:cs="ＭＳ ゴシック"/>
          <w:sz w:val="28"/>
          <w:szCs w:val="28"/>
          <w:lang w:eastAsia="ja-JP"/>
        </w:rPr>
      </w:pPr>
      <w:r w:rsidRPr="00107BAE">
        <w:rPr>
          <w:rFonts w:asciiTheme="majorEastAsia" w:eastAsiaTheme="majorEastAsia" w:hAnsiTheme="majorEastAsia" w:cs="ＭＳ ゴシック" w:hint="eastAsia"/>
          <w:sz w:val="28"/>
          <w:szCs w:val="28"/>
          <w:lang w:eastAsia="ja-JP"/>
        </w:rPr>
        <w:t>・主な活動内容</w:t>
      </w:r>
    </w:p>
    <w:p w14:paraId="3142607B" w14:textId="77777777" w:rsidR="004220FC" w:rsidRDefault="004220FC" w:rsidP="0021795C">
      <w:pPr>
        <w:spacing w:line="240" w:lineRule="auto"/>
        <w:ind w:firstLineChars="50" w:firstLine="110"/>
        <w:rPr>
          <w:rFonts w:asciiTheme="majorEastAsia" w:eastAsiaTheme="majorEastAsia" w:hAnsiTheme="majorEastAsia" w:cs="ＭＳ ゴシック"/>
          <w:lang w:eastAsia="ja-JP"/>
        </w:rPr>
      </w:pPr>
    </w:p>
    <w:p w14:paraId="6E316B96" w14:textId="77777777" w:rsidR="000E4C63" w:rsidRDefault="000E4C63" w:rsidP="0021795C">
      <w:pPr>
        <w:spacing w:line="240" w:lineRule="auto"/>
        <w:ind w:firstLineChars="50" w:firstLine="110"/>
        <w:rPr>
          <w:rFonts w:asciiTheme="majorEastAsia" w:eastAsiaTheme="majorEastAsia" w:hAnsiTheme="majorEastAsia" w:cs="ＭＳ ゴシック"/>
          <w:lang w:eastAsia="ja-JP"/>
        </w:rPr>
      </w:pPr>
    </w:p>
    <w:p w14:paraId="6728B9FD" w14:textId="77777777" w:rsidR="004220FC" w:rsidRDefault="004220FC" w:rsidP="0021795C">
      <w:pPr>
        <w:spacing w:line="240" w:lineRule="auto"/>
        <w:ind w:firstLineChars="50" w:firstLine="110"/>
        <w:rPr>
          <w:rFonts w:asciiTheme="majorEastAsia" w:eastAsiaTheme="majorEastAsia" w:hAnsiTheme="majorEastAsia" w:cs="ＭＳ ゴシック"/>
          <w:lang w:eastAsia="ja-JP"/>
        </w:rPr>
      </w:pPr>
    </w:p>
    <w:p w14:paraId="56800524" w14:textId="77777777" w:rsidR="004220FC" w:rsidRDefault="004220FC" w:rsidP="0021795C">
      <w:pPr>
        <w:spacing w:line="240" w:lineRule="auto"/>
        <w:ind w:firstLineChars="50" w:firstLine="110"/>
        <w:rPr>
          <w:rFonts w:asciiTheme="majorEastAsia" w:eastAsiaTheme="majorEastAsia" w:hAnsiTheme="majorEastAsia" w:cs="ＭＳ ゴシック"/>
          <w:lang w:eastAsia="ja-JP"/>
        </w:rPr>
      </w:pPr>
    </w:p>
    <w:p w14:paraId="4E3C876C" w14:textId="77777777" w:rsidR="004220FC" w:rsidRPr="004220FC" w:rsidRDefault="004220FC" w:rsidP="0021795C">
      <w:pPr>
        <w:spacing w:line="240" w:lineRule="auto"/>
        <w:ind w:firstLineChars="50" w:firstLine="110"/>
        <w:rPr>
          <w:rFonts w:asciiTheme="majorEastAsia" w:eastAsiaTheme="majorEastAsia" w:hAnsiTheme="majorEastAsia" w:cs="ＭＳ ゴシック"/>
          <w:lang w:eastAsia="ja-JP"/>
        </w:rPr>
      </w:pPr>
    </w:p>
    <w:p w14:paraId="787B5459" w14:textId="12EA7D24" w:rsidR="00144913" w:rsidRPr="000E4C63" w:rsidRDefault="00355997" w:rsidP="000E4C63">
      <w:pPr>
        <w:ind w:leftChars="-64" w:left="-141"/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</w:pPr>
      <w:r w:rsidRPr="000E4C63"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>３</w:t>
      </w:r>
      <w:r w:rsidR="000E4C63"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>．</w:t>
      </w:r>
      <w:r w:rsidR="00A42BFA" w:rsidRPr="000E4C63"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  <w:t>添付</w:t>
      </w:r>
      <w:r w:rsidR="00BD1A0F"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>書類</w:t>
      </w:r>
      <w:r w:rsidR="00A42BFA" w:rsidRPr="000E4C63"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  <w:t>確認</w:t>
      </w:r>
    </w:p>
    <w:p w14:paraId="5CD5FC1C" w14:textId="75891A53" w:rsidR="00A42BFA" w:rsidRDefault="002466E7">
      <w:pPr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 w:hint="eastAsia"/>
          <w:lang w:eastAsia="ja-JP"/>
        </w:rPr>
        <w:t>下記の</w:t>
      </w:r>
      <w:r w:rsidR="00BD1A0F">
        <w:rPr>
          <w:rFonts w:asciiTheme="majorEastAsia" w:eastAsiaTheme="majorEastAsia" w:hAnsiTheme="majorEastAsia" w:hint="eastAsia"/>
          <w:lang w:eastAsia="ja-JP"/>
        </w:rPr>
        <w:t>うち</w:t>
      </w:r>
      <w:r>
        <w:rPr>
          <w:rFonts w:asciiTheme="majorEastAsia" w:eastAsiaTheme="majorEastAsia" w:hAnsiTheme="majorEastAsia" w:hint="eastAsia"/>
          <w:lang w:eastAsia="ja-JP"/>
        </w:rPr>
        <w:t>、</w:t>
      </w:r>
      <w:r w:rsidR="003B7F78">
        <w:rPr>
          <w:rFonts w:asciiTheme="majorEastAsia" w:eastAsiaTheme="majorEastAsia" w:hAnsiTheme="majorEastAsia" w:hint="eastAsia"/>
          <w:lang w:eastAsia="ja-JP"/>
        </w:rPr>
        <w:t>団体</w:t>
      </w:r>
      <w:r w:rsidR="00BD1A0F">
        <w:rPr>
          <w:rFonts w:asciiTheme="majorEastAsia" w:eastAsiaTheme="majorEastAsia" w:hAnsiTheme="majorEastAsia" w:hint="eastAsia"/>
          <w:lang w:eastAsia="ja-JP"/>
        </w:rPr>
        <w:t>の実態に応じて該当する</w:t>
      </w:r>
      <w:r w:rsidR="00355997">
        <w:rPr>
          <w:rFonts w:asciiTheme="majorEastAsia" w:eastAsiaTheme="majorEastAsia" w:hAnsiTheme="majorEastAsia" w:hint="eastAsia"/>
          <w:lang w:eastAsia="ja-JP"/>
        </w:rPr>
        <w:t>書類を添付</w:t>
      </w:r>
      <w:r w:rsidR="002A12AC">
        <w:rPr>
          <w:rFonts w:asciiTheme="majorEastAsia" w:eastAsiaTheme="majorEastAsia" w:hAnsiTheme="majorEastAsia" w:hint="eastAsia"/>
          <w:lang w:eastAsia="ja-JP"/>
        </w:rPr>
        <w:t>してください</w:t>
      </w:r>
      <w:r w:rsidR="00BD1A0F">
        <w:rPr>
          <w:rFonts w:asciiTheme="majorEastAsia" w:eastAsiaTheme="majorEastAsia" w:hAnsiTheme="majorEastAsia" w:hint="eastAsia"/>
          <w:lang w:eastAsia="ja-JP"/>
        </w:rPr>
        <w:t>（</w:t>
      </w:r>
      <w:r w:rsidR="00355997">
        <w:rPr>
          <w:rFonts w:asciiTheme="majorEastAsia" w:eastAsiaTheme="majorEastAsia" w:hAnsiTheme="majorEastAsia" w:hint="eastAsia"/>
          <w:lang w:eastAsia="ja-JP"/>
        </w:rPr>
        <w:t>様式</w:t>
      </w:r>
      <w:r w:rsidR="0002543B">
        <w:rPr>
          <w:rFonts w:asciiTheme="majorEastAsia" w:eastAsiaTheme="majorEastAsia" w:hAnsiTheme="majorEastAsia" w:hint="eastAsia"/>
          <w:lang w:eastAsia="ja-JP"/>
        </w:rPr>
        <w:t>任意</w:t>
      </w:r>
      <w:r w:rsidR="00BD1A0F">
        <w:rPr>
          <w:rFonts w:asciiTheme="majorEastAsia" w:eastAsiaTheme="majorEastAsia" w:hAnsiTheme="majorEastAsia" w:hint="eastAsia"/>
          <w:lang w:eastAsia="ja-JP"/>
        </w:rPr>
        <w:t>）。</w:t>
      </w:r>
    </w:p>
    <w:p w14:paraId="134A7928" w14:textId="4A1DD9B8" w:rsidR="004B0472" w:rsidRDefault="004220FC" w:rsidP="004220FC">
      <w:pPr>
        <w:spacing w:line="240" w:lineRule="auto"/>
        <w:ind w:firstLineChars="100" w:firstLine="220"/>
        <w:rPr>
          <w:rFonts w:asciiTheme="majorEastAsia" w:eastAsiaTheme="majorEastAsia" w:hAnsiTheme="majorEastAsia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>☐</w:t>
      </w:r>
      <w:r w:rsidR="0040752F">
        <w:rPr>
          <w:rFonts w:asciiTheme="majorEastAsia" w:eastAsiaTheme="majorEastAsia" w:hAnsiTheme="majorEastAsia" w:hint="eastAsia"/>
          <w:lang w:eastAsia="zh-CN"/>
        </w:rPr>
        <w:t>定款</w:t>
      </w:r>
    </w:p>
    <w:p w14:paraId="456EB43E" w14:textId="33C96554" w:rsidR="004B0472" w:rsidRDefault="004220FC" w:rsidP="004220FC">
      <w:pPr>
        <w:spacing w:line="240" w:lineRule="auto"/>
        <w:ind w:firstLineChars="100" w:firstLine="220"/>
        <w:rPr>
          <w:rFonts w:asciiTheme="majorEastAsia" w:eastAsiaTheme="majorEastAsia" w:hAnsiTheme="majorEastAsia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>☐</w:t>
      </w:r>
      <w:r w:rsidR="0040752F">
        <w:rPr>
          <w:rFonts w:asciiTheme="majorEastAsia" w:eastAsiaTheme="majorEastAsia" w:hAnsiTheme="majorEastAsia" w:hint="eastAsia"/>
          <w:lang w:eastAsia="zh-CN"/>
        </w:rPr>
        <w:t>規約</w:t>
      </w:r>
    </w:p>
    <w:p w14:paraId="05BAE9D5" w14:textId="1ABE8ECB" w:rsidR="004B0472" w:rsidRDefault="0040752F" w:rsidP="004220FC">
      <w:pPr>
        <w:spacing w:line="240" w:lineRule="auto"/>
        <w:ind w:firstLineChars="100" w:firstLine="220"/>
        <w:rPr>
          <w:rFonts w:asciiTheme="majorEastAsia" w:eastAsiaTheme="majorEastAsia" w:hAnsiTheme="majorEastAsia"/>
          <w:lang w:eastAsia="zh-CN"/>
        </w:rPr>
      </w:pPr>
      <w:r w:rsidRPr="00F054CD">
        <w:rPr>
          <w:rFonts w:asciiTheme="majorEastAsia" w:eastAsiaTheme="majorEastAsia" w:hAnsiTheme="majorEastAsia" w:hint="eastAsia"/>
          <w:lang w:eastAsia="zh-CN"/>
        </w:rPr>
        <w:t>☐</w:t>
      </w:r>
      <w:r>
        <w:rPr>
          <w:rFonts w:asciiTheme="majorEastAsia" w:eastAsiaTheme="majorEastAsia" w:hAnsiTheme="majorEastAsia" w:hint="eastAsia"/>
          <w:lang w:eastAsia="zh-CN"/>
        </w:rPr>
        <w:t>会則</w:t>
      </w:r>
    </w:p>
    <w:p w14:paraId="60BCBFB6" w14:textId="11AACB23" w:rsidR="0040752F" w:rsidRDefault="0040752F" w:rsidP="004220FC">
      <w:pPr>
        <w:spacing w:line="240" w:lineRule="auto"/>
        <w:ind w:firstLineChars="100" w:firstLine="220"/>
        <w:rPr>
          <w:rFonts w:asciiTheme="majorEastAsia" w:eastAsiaTheme="majorEastAsia" w:hAnsiTheme="majorEastAsia"/>
          <w:lang w:eastAsia="zh-CN"/>
        </w:rPr>
      </w:pPr>
      <w:r w:rsidRPr="00F054CD">
        <w:rPr>
          <w:rFonts w:asciiTheme="majorEastAsia" w:eastAsiaTheme="majorEastAsia" w:hAnsiTheme="majorEastAsia" w:hint="eastAsia"/>
          <w:lang w:eastAsia="zh-CN"/>
        </w:rPr>
        <w:t>☐</w:t>
      </w:r>
      <w:r>
        <w:rPr>
          <w:rFonts w:asciiTheme="majorEastAsia" w:eastAsiaTheme="majorEastAsia" w:hAnsiTheme="majorEastAsia" w:hint="eastAsia"/>
          <w:lang w:eastAsia="zh-CN"/>
        </w:rPr>
        <w:t>構成員名簿</w:t>
      </w:r>
    </w:p>
    <w:p w14:paraId="5FAFA32C" w14:textId="444C49AE" w:rsidR="00975B1C" w:rsidRPr="003B7F78" w:rsidRDefault="00975B1C" w:rsidP="00975B1C">
      <w:pPr>
        <w:spacing w:line="240" w:lineRule="auto"/>
        <w:ind w:firstLineChars="100" w:firstLine="220"/>
        <w:rPr>
          <w:rFonts w:asciiTheme="majorEastAsia" w:eastAsiaTheme="majorEastAsia" w:hAnsiTheme="majorEastAsia"/>
          <w:color w:val="FF0000"/>
          <w:lang w:eastAsia="ja-JP"/>
        </w:rPr>
      </w:pPr>
      <w:r w:rsidRPr="00F054CD">
        <w:rPr>
          <w:rFonts w:asciiTheme="majorEastAsia" w:eastAsiaTheme="majorEastAsia" w:hAnsiTheme="majorEastAsia" w:hint="eastAsia"/>
          <w:lang w:eastAsia="ja-JP"/>
        </w:rPr>
        <w:t>☐</w:t>
      </w:r>
      <w:r w:rsidRPr="003B7F78">
        <w:rPr>
          <w:rFonts w:asciiTheme="majorEastAsia" w:eastAsiaTheme="majorEastAsia" w:hAnsiTheme="majorEastAsia"/>
          <w:lang w:eastAsia="ja-JP"/>
        </w:rPr>
        <w:t>パンフレット等活動内容が分かる資料</w:t>
      </w:r>
    </w:p>
    <w:p w14:paraId="4A5303F2" w14:textId="77777777" w:rsidR="00975B1C" w:rsidRPr="00975B1C" w:rsidRDefault="00975B1C" w:rsidP="004220FC">
      <w:pPr>
        <w:spacing w:line="240" w:lineRule="auto"/>
        <w:ind w:firstLineChars="100" w:firstLine="220"/>
        <w:rPr>
          <w:rFonts w:asciiTheme="majorEastAsia" w:eastAsiaTheme="majorEastAsia" w:hAnsiTheme="majorEastAsia"/>
          <w:lang w:eastAsia="ja-JP"/>
        </w:rPr>
      </w:pPr>
    </w:p>
    <w:sectPr w:rsidR="00975B1C" w:rsidRPr="00975B1C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7E360" w14:textId="77777777" w:rsidR="0023196A" w:rsidRDefault="0023196A" w:rsidP="0023196A">
      <w:pPr>
        <w:spacing w:after="0" w:line="240" w:lineRule="auto"/>
      </w:pPr>
      <w:r>
        <w:separator/>
      </w:r>
    </w:p>
  </w:endnote>
  <w:endnote w:type="continuationSeparator" w:id="0">
    <w:p w14:paraId="58C08AB2" w14:textId="77777777" w:rsidR="0023196A" w:rsidRDefault="0023196A" w:rsidP="0023196A">
      <w:pPr>
        <w:spacing w:after="0" w:line="240" w:lineRule="auto"/>
      </w:pPr>
      <w:r>
        <w:continuationSeparator/>
      </w:r>
    </w:p>
  </w:endnote>
  <w:endnote w:type="continuationNotice" w:id="1">
    <w:p w14:paraId="23EC51D4" w14:textId="77777777" w:rsidR="0023196A" w:rsidRDefault="002319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25974" w14:textId="77777777" w:rsidR="0023196A" w:rsidRDefault="0023196A" w:rsidP="0023196A">
      <w:pPr>
        <w:spacing w:after="0" w:line="240" w:lineRule="auto"/>
      </w:pPr>
      <w:r>
        <w:separator/>
      </w:r>
    </w:p>
  </w:footnote>
  <w:footnote w:type="continuationSeparator" w:id="0">
    <w:p w14:paraId="3EA3D2A0" w14:textId="77777777" w:rsidR="0023196A" w:rsidRDefault="0023196A" w:rsidP="0023196A">
      <w:pPr>
        <w:spacing w:after="0" w:line="240" w:lineRule="auto"/>
      </w:pPr>
      <w:r>
        <w:continuationSeparator/>
      </w:r>
    </w:p>
  </w:footnote>
  <w:footnote w:type="continuationNotice" w:id="1">
    <w:p w14:paraId="3EFE4DD9" w14:textId="77777777" w:rsidR="0023196A" w:rsidRDefault="002319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AD162" w14:textId="03AB5400" w:rsidR="004B0472" w:rsidRDefault="004B0472">
    <w:pPr>
      <w:pStyle w:val="a5"/>
      <w:rPr>
        <w:lang w:eastAsia="ja-JP"/>
      </w:rPr>
    </w:pPr>
    <w:r>
      <w:ptab w:relativeTo="margin" w:alignment="center" w:leader="none"/>
    </w:r>
    <w:r>
      <w:ptab w:relativeTo="margin" w:alignment="right" w:leader="none"/>
    </w:r>
    <w:r>
      <w:rPr>
        <w:rFonts w:hint="eastAsia"/>
        <w:lang w:eastAsia="ja-JP"/>
      </w:rPr>
      <w:t xml:space="preserve">　　　（様式</w:t>
    </w:r>
    <w:r w:rsidR="00B531DF">
      <w:rPr>
        <w:rFonts w:hint="eastAsia"/>
        <w:lang w:eastAsia="ja-JP"/>
      </w:rPr>
      <w:t>３</w:t>
    </w:r>
    <w:r>
      <w:rPr>
        <w:rFonts w:hint="eastAsia"/>
        <w:lang w:eastAsia="ja-JP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5086239">
    <w:abstractNumId w:val="8"/>
  </w:num>
  <w:num w:numId="2" w16cid:durableId="362101505">
    <w:abstractNumId w:val="6"/>
  </w:num>
  <w:num w:numId="3" w16cid:durableId="94909806">
    <w:abstractNumId w:val="5"/>
  </w:num>
  <w:num w:numId="4" w16cid:durableId="768506690">
    <w:abstractNumId w:val="4"/>
  </w:num>
  <w:num w:numId="5" w16cid:durableId="1005522287">
    <w:abstractNumId w:val="7"/>
  </w:num>
  <w:num w:numId="6" w16cid:durableId="1210344265">
    <w:abstractNumId w:val="3"/>
  </w:num>
  <w:num w:numId="7" w16cid:durableId="1347289514">
    <w:abstractNumId w:val="2"/>
  </w:num>
  <w:num w:numId="8" w16cid:durableId="1582593997">
    <w:abstractNumId w:val="1"/>
  </w:num>
  <w:num w:numId="9" w16cid:durableId="753429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455"/>
    <w:rsid w:val="0001711A"/>
    <w:rsid w:val="0002543B"/>
    <w:rsid w:val="00034616"/>
    <w:rsid w:val="0006063C"/>
    <w:rsid w:val="0007444D"/>
    <w:rsid w:val="000A7C34"/>
    <w:rsid w:val="000E1E10"/>
    <w:rsid w:val="000E4C63"/>
    <w:rsid w:val="00107BAE"/>
    <w:rsid w:val="00144913"/>
    <w:rsid w:val="0015074B"/>
    <w:rsid w:val="001825C3"/>
    <w:rsid w:val="00192DC5"/>
    <w:rsid w:val="0019360F"/>
    <w:rsid w:val="0021795C"/>
    <w:rsid w:val="002243F2"/>
    <w:rsid w:val="0023196A"/>
    <w:rsid w:val="002466E7"/>
    <w:rsid w:val="002509B3"/>
    <w:rsid w:val="00286A09"/>
    <w:rsid w:val="00296302"/>
    <w:rsid w:val="0029639D"/>
    <w:rsid w:val="00297263"/>
    <w:rsid w:val="002A12AC"/>
    <w:rsid w:val="002D192E"/>
    <w:rsid w:val="002E57F9"/>
    <w:rsid w:val="00326F90"/>
    <w:rsid w:val="00355997"/>
    <w:rsid w:val="003964FD"/>
    <w:rsid w:val="003A2E2F"/>
    <w:rsid w:val="003B5771"/>
    <w:rsid w:val="003B7F78"/>
    <w:rsid w:val="0040752F"/>
    <w:rsid w:val="0041220E"/>
    <w:rsid w:val="00412530"/>
    <w:rsid w:val="004220FC"/>
    <w:rsid w:val="004334DD"/>
    <w:rsid w:val="004B0472"/>
    <w:rsid w:val="004B364A"/>
    <w:rsid w:val="004C1BA1"/>
    <w:rsid w:val="005216E3"/>
    <w:rsid w:val="0054082C"/>
    <w:rsid w:val="0055347C"/>
    <w:rsid w:val="005B459E"/>
    <w:rsid w:val="005C5D32"/>
    <w:rsid w:val="005E1DCF"/>
    <w:rsid w:val="006118FA"/>
    <w:rsid w:val="00617C1C"/>
    <w:rsid w:val="00622985"/>
    <w:rsid w:val="00632721"/>
    <w:rsid w:val="00655B4C"/>
    <w:rsid w:val="006A3D5F"/>
    <w:rsid w:val="006D0DCA"/>
    <w:rsid w:val="006D7AD5"/>
    <w:rsid w:val="006F131E"/>
    <w:rsid w:val="00726177"/>
    <w:rsid w:val="007346AC"/>
    <w:rsid w:val="00763D45"/>
    <w:rsid w:val="00770575"/>
    <w:rsid w:val="0077351F"/>
    <w:rsid w:val="00773EBA"/>
    <w:rsid w:val="00776E35"/>
    <w:rsid w:val="007A2DC4"/>
    <w:rsid w:val="007B316C"/>
    <w:rsid w:val="007B571B"/>
    <w:rsid w:val="007C741A"/>
    <w:rsid w:val="008142F5"/>
    <w:rsid w:val="00823ECB"/>
    <w:rsid w:val="008324F8"/>
    <w:rsid w:val="00857A1C"/>
    <w:rsid w:val="00881BF6"/>
    <w:rsid w:val="008B4776"/>
    <w:rsid w:val="00916C1E"/>
    <w:rsid w:val="00933CE3"/>
    <w:rsid w:val="00975B1C"/>
    <w:rsid w:val="00990BE8"/>
    <w:rsid w:val="009E64F6"/>
    <w:rsid w:val="009F5D9D"/>
    <w:rsid w:val="009F6E83"/>
    <w:rsid w:val="00A11E0B"/>
    <w:rsid w:val="00A42BFA"/>
    <w:rsid w:val="00A45466"/>
    <w:rsid w:val="00A7333D"/>
    <w:rsid w:val="00A87380"/>
    <w:rsid w:val="00AA1D8D"/>
    <w:rsid w:val="00B21B78"/>
    <w:rsid w:val="00B408C4"/>
    <w:rsid w:val="00B47730"/>
    <w:rsid w:val="00B50177"/>
    <w:rsid w:val="00B531DF"/>
    <w:rsid w:val="00B633B6"/>
    <w:rsid w:val="00BD1A0F"/>
    <w:rsid w:val="00C63842"/>
    <w:rsid w:val="00C758F0"/>
    <w:rsid w:val="00CB0664"/>
    <w:rsid w:val="00CD3F9A"/>
    <w:rsid w:val="00D07CC9"/>
    <w:rsid w:val="00D73521"/>
    <w:rsid w:val="00D77B90"/>
    <w:rsid w:val="00DA3364"/>
    <w:rsid w:val="00DB650D"/>
    <w:rsid w:val="00E16095"/>
    <w:rsid w:val="00E17B27"/>
    <w:rsid w:val="00E2284E"/>
    <w:rsid w:val="00E271CF"/>
    <w:rsid w:val="00E73D6F"/>
    <w:rsid w:val="00ED3005"/>
    <w:rsid w:val="00F054CD"/>
    <w:rsid w:val="00F3355D"/>
    <w:rsid w:val="00F42297"/>
    <w:rsid w:val="00F90659"/>
    <w:rsid w:val="00FA5EC4"/>
    <w:rsid w:val="00FC0E7B"/>
    <w:rsid w:val="00FC693F"/>
    <w:rsid w:val="00FD7977"/>
    <w:rsid w:val="00FF5E0A"/>
    <w:rsid w:val="2DDE266E"/>
    <w:rsid w:val="5342031F"/>
    <w:rsid w:val="678CC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4062061"/>
  <w14:defaultImageDpi w14:val="330"/>
  <w15:docId w15:val="{10B8FFE8-7BFB-44ED-8E8D-AC4F6B37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2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4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6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 初夏</dc:creator>
  <cp:keywords/>
  <dc:description>generated by python-docx</dc:description>
  <cp:lastModifiedBy>西村 初夏</cp:lastModifiedBy>
  <cp:revision>22</cp:revision>
  <cp:lastPrinted>2026-07-21T11:16:00Z</cp:lastPrinted>
  <dcterms:created xsi:type="dcterms:W3CDTF">2026-07-16T12:13:00Z</dcterms:created>
  <dcterms:modified xsi:type="dcterms:W3CDTF">2026-07-27T02:29:00Z</dcterms:modified>
  <cp:category/>
</cp:coreProperties>
</file>